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SimHei"/>
          <w:b/>
          <w:sz w:val="32"/>
        </w:rPr>
        <w:t>跨境供需居间撮合服务合同</w:t>
      </w:r>
    </w:p>
    <w:p>
      <w:pPr>
        <w:jc w:val="center"/>
      </w:pPr>
      <w:r>
        <w:rPr>
          <w:rFonts w:ascii="Times New Roman" w:hAnsi="Times New Roman"/>
          <w:b/>
          <w:sz w:val="28"/>
        </w:rPr>
        <w:t>Cross-Border Supply-Demand Intermediary Matching Service Contract</w:t>
      </w:r>
    </w:p>
    <w:p>
      <w:pPr>
        <w:jc w:val="center"/>
      </w:pPr>
      <w:r>
        <w:rPr>
          <w:color w:val="999999"/>
          <w:sz w:val="16"/>
        </w:rPr>
        <w:t>--------------------------------------------------</w:t>
      </w:r>
    </w:p>
    <w:p>
      <w:pPr>
        <w:spacing w:line="400" w:lineRule="exact"/>
        <w:ind w:firstLine="420"/>
      </w:pPr>
      <w:r>
        <w:rPr>
          <w:rFonts w:ascii="Times New Roman" w:hAnsi="Times New Roman" w:eastAsia="SimSun"/>
          <w:sz w:val="22"/>
        </w:rPr>
        <w:t>本合同由甲方（国内供应商）、乙方（海外采购商）及平台方（居间方）三方共同签订，就跨境贸易居间撮合服务事宜达成如下协议：</w:t>
      </w:r>
    </w:p>
    <w:p>
      <w:pPr>
        <w:spacing w:line="360" w:lineRule="exact"/>
        <w:ind w:left="283" w:firstLine="283"/>
      </w:pPr>
      <w:r>
        <w:rPr>
          <w:rFonts w:ascii="Times New Roman" w:hAnsi="Times New Roman"/>
          <w:i/>
          <w:color w:val="333333"/>
          <w:sz w:val="20"/>
        </w:rPr>
        <w:t>This Contract is signed by Party A (Domestic Supplier), Party B (Overseas Buyer), and the Platform (Intermediary) regarding cross-border trade intermediary matching services:</w:t>
      </w:r>
    </w:p>
    <w:p>
      <w:r>
        <w:rPr>
          <w:rFonts w:ascii="Times New Roman" w:hAnsi="Times New Roman" w:eastAsia="SimHei"/>
          <w:b/>
          <w:sz w:val="26"/>
        </w:rPr>
        <w:t>第一条  合同首部（三方信息）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1  Contract Header (Three-Party Information)</w:t>
      </w:r>
    </w:p>
    <w:p>
      <w:r>
        <w:rPr>
          <w:rFonts w:ascii="Times New Roman" w:hAnsi="Times New Roman" w:eastAsia="SimSun"/>
          <w:b/>
          <w:sz w:val="22"/>
        </w:rPr>
        <w:t>甲方（国内供应商）：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A (Domestic Supplier):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公司名称: {supplier_company}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Company Name: {supplier_company}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注册地址: {supplier_addr}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Registered Address: {supplier_addr}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对接人: {supplier_contact}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Contact Person: {supplier_contact}</w:t>
      </w:r>
    </w:p>
    <w:p>
      <w:r>
        <w:rPr>
          <w:rFonts w:ascii="Times New Roman" w:hAnsi="Times New Roman" w:eastAsia="SimSun"/>
          <w:b/>
          <w:sz w:val="22"/>
        </w:rPr>
        <w:t>乙方（海外采购商）：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B (Overseas Buyer):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公司名称: {buyer_company}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Company Name: {buyer_company}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所属国家: {buyer_country}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Country: {buyer_country}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对接人: {buyer_contact}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Contact Person: {buyer_contact}</w:t>
      </w:r>
    </w:p>
    <w:p>
      <w:r>
        <w:rPr>
          <w:rFonts w:ascii="Times New Roman" w:hAnsi="Times New Roman" w:eastAsia="SimSun"/>
          <w:b/>
          <w:sz w:val="22"/>
        </w:rPr>
        <w:t>平台方（居间方）：</w:t>
      </w:r>
    </w:p>
    <w:p>
      <w:r>
        <w:rPr>
          <w:rFonts w:ascii="Times New Roman" w:hAnsi="Times New Roman"/>
          <w:b/>
          <w:i/>
          <w:color w:val="444444"/>
          <w:sz w:val="20"/>
        </w:rPr>
        <w:t>Platform (Intermediary):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居间平台全称: {platform_full_name}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Full Name: {platform_full_name}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平台美金结算账户: {platform_bank_usd}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USD Settlement Account: {platform_bank_usd}</w:t>
      </w:r>
    </w:p>
    <w:p>
      <w:r>
        <w:rPr>
          <w:rFonts w:ascii="Times New Roman" w:hAnsi="Times New Roman" w:eastAsia="SimHei"/>
          <w:b/>
          <w:sz w:val="26"/>
        </w:rPr>
        <w:t>第二条  居间撮合服务约定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2  Intermediary Matching Service Terms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2.1  平台方作为居间方，为甲方与乙方之间的跨境贸易提供供需撮合服务，具体交易商品名称及规格为：{trade_product}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The Platform, as intermediary, provides supply-demand matching services for cross-border trade between Party A and Party B. The specific traded product name and specifications are: {trade_product}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商品采购总数量：{trade_quantity}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Total Purchase Quantity: {trade_quantity}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商品单品美元单价：{unit_price_usd} 美元（USD）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Unit Price: {unit_price_usd} USD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整单交易总金额：{total_trade_amount_usd} 美元（USD）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Total Trade Amount: {total_trade_amount_usd} USD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2.2  甲方交货周期：{delivery_cycle}。国内起运港口：{port_of_loading}。海外目的港：{destination_port}。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Party A's delivery cycle: {delivery_cycle}. Port of loading: {port_of_loading}. Destination port: {destination_port}.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2.3  商品质检标准：{quality_standard}。产品质保期限：{product_warranty}。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Product quality inspection standard: {quality_standard}. Product warranty period: {product_warranty}.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2.4  平台履约跟进服务约定：{order_follow_service}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performance follow-up service agreement: {order_follow_service}</w:t>
      </w:r>
    </w:p>
    <w:p>
      <w:r>
        <w:rPr>
          <w:rFonts w:ascii="Times New Roman" w:hAnsi="Times New Roman" w:eastAsia="SimHei"/>
          <w:b/>
          <w:sz w:val="26"/>
        </w:rPr>
        <w:t>第三条  费用结算与佣金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3  Payment Settlement and Commission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3.1  货款结算方式：{payment_method}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Payment settlement method: {payment_method}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3.2  采购定金比例为 {deposit_pct}，定金金额为 {deposit_usd} 美元（USD）。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Purchase deposit ratio is {deposit_pct}, deposit amount is {deposit_usd} USD.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3.3  平台居间佣金比例为 {intermediary_rate}，居间佣金总金额为 {intermediary_fee_usd} 美元（USD）。佣金结算节点：{commission_pay_time}。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intermediary commission rate is {intermediary_rate}, total commission amount is {intermediary_fee_usd} USD. Commission settlement milestone: {commission_pay_time}.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3.4  进出口税费承担方：{tax_bear_side}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Import/export tax liability party: {tax_bear_side}</w:t>
      </w:r>
    </w:p>
    <w:p>
      <w:r>
        <w:rPr>
          <w:rFonts w:ascii="Times New Roman" w:hAnsi="Times New Roman" w:eastAsia="SimHei"/>
          <w:b/>
          <w:sz w:val="26"/>
        </w:rPr>
        <w:t>第四条  保密条款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4  Confidentiality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4.1  三方对供需信息负有保密义务，保密期限为 {confidential_years} 年。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All three parties shall keep supply-demand information confidential for {confidential_years} years.</w:t>
      </w:r>
    </w:p>
    <w:p>
      <w:r>
        <w:rPr>
          <w:rFonts w:ascii="Times New Roman" w:hAnsi="Times New Roman" w:eastAsia="SimHei"/>
          <w:b/>
          <w:sz w:val="26"/>
        </w:rPr>
        <w:t>第五条  违约责任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5  Breach of Contract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5.1  任何一方违约，应按违约赔付比例 {liquidated_damage_rate} 向守约方支付违约金。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Any party in breach shall pay liquidated damages to the non-breaching party at a rate of {liquidated_damage_rate}.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5.2  合同解除条件：{cancel_contract_rule}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Contract termination conditions: {cancel_contract_rule}</w:t>
      </w:r>
    </w:p>
    <w:p>
      <w:r>
        <w:rPr>
          <w:rFonts w:ascii="Times New Roman" w:hAnsi="Times New Roman" w:eastAsia="SimHei"/>
          <w:b/>
          <w:sz w:val="26"/>
        </w:rPr>
        <w:t>第六条  合同生效与终止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6  Contract Effectiveness and Termination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6.1  本合同自 {contract_valid_start} 起生效，至 {contract_valid_end} 失效。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This Contract shall take effect on {contract_valid_start} and expire on {contract_valid_end}.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6.2  争议管辖地点：{dispute_resolve_location}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Dispute jurisdiction location: {dispute_resolve_location}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6.3  三方补充条款：{extra_agreement}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Supplementary terms by three parties: {extra_agreement}</w:t>
      </w:r>
    </w:p>
    <w:p>
      <w:r>
        <w:rPr>
          <w:rFonts w:ascii="Times New Roman" w:hAnsi="Times New Roman" w:eastAsia="SimHei"/>
          <w:b/>
          <w:sz w:val="26"/>
        </w:rPr>
        <w:t>第七条  签章附件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7  Signature Attachments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2"/>
        <w:gridCol w:w="2882"/>
        <w:gridCol w:w="2882"/>
      </w:tblGrid>
      <w:tr>
        <w:tc>
          <w:tcPr>
            <w:tcW w:type="dxa" w:w="2882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甲方（国内供应商）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A (Supplier)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甲方企业公章: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  <w:tc>
          <w:tcPr>
            <w:tcW w:type="dxa" w:w="2882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乙方（海外采购商）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B (Buyer)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授权人签字: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乙方企业签章: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  <w:tc>
          <w:tcPr>
            <w:tcW w:type="dxa" w:w="2882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平台方（居间方）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Platform (Intermediary)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平台公章: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Times New Roman" w:hAnsi="Times New Roman" w:eastAsia="SimHei"/>
          <w:b/>
          <w:sz w:val="28"/>
        </w:rPr>
        <w:t>变量清单与归属方</w:t>
      </w:r>
    </w:p>
    <w:p>
      <w:pPr>
        <w:jc w:val="center"/>
      </w:pPr>
      <w:r>
        <w:rPr>
          <w:rFonts w:ascii="Times New Roman" w:hAnsi="Times New Roman"/>
          <w:b/>
          <w:i/>
          <w:color w:val="444444"/>
          <w:sz w:val="22"/>
        </w:rPr>
        <w:t>Variable List &amp; Attribution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1"/>
        <w:gridCol w:w="2161"/>
        <w:gridCol w:w="2161"/>
        <w:gridCol w:w="2161"/>
      </w:tblGrid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No.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No.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 Name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Variable Name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Description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Description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Filled By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Filled By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{platform_full_name}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居间平台全称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{platform_bank_usd}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平台美金结算账户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{supplier_company}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甲方供应商公司名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{supplier_addr}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甲方注册地址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{supplier_contact}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甲方对接人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{buyer_company}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海外采购商公司名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乙方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{buyer_country}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采购商所属国家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乙方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{buyer_contact}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乙方对接人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乙方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{trade_product}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交易商品名称规格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三方确认/平台录入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{trade_quantity}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商品采购总数量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{unit_price_usd}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商品单品美元单价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{total_trade_amount_usd}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整单交易总金额（美元）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{intermediary_rate}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平台居间佣金比例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{intermediary_fee_usd}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居间佣金总金额（美元）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{deposit_pct}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采购定金比例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三方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{deposit_usd}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定金金额（美元）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{delivery_cycle}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供应商交货周期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{port_of_loading}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国内起运港口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{destination_port}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海外目的港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乙方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{payment_method}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货款结算方式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三方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{commission_pay_time}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佣金结算节点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{quality_standard}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商品质检标准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{product_warranty}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产品质保期限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{confidential_years}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供需信息保密年限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{liquidated_damage_rate}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违约赔付比例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{contract_valid_start}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合同生效日期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{contract_valid_end}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合同失效日期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{supplier_sign_person}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供应商法人签字位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{supplier_seal}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甲方企业公章签章位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{buyer_sign_person}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海外采购商授权人签字位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乙方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{buyer_seal}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乙方企业签章位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{platform_sign_person}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平台法人签字位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平台公章签章位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{dispute_resolve_location}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争议管辖地点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{extra_agreement}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三方补充条款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共同填写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{tax_bear_side}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进出口税费承担方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三方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{cancel_contract_rule}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合同解除条件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{order_follow_service}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平台履约跟进服务约定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</w:tbl>
    <w:sectPr w:rsidR="00FC693F" w:rsidRPr="0006063C" w:rsidSect="00034616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