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SimHei"/>
          <w:b/>
          <w:sz w:val="32"/>
        </w:rPr>
        <w:t>跨境贸易纠纷调解居间协议</w:t>
      </w:r>
    </w:p>
    <w:p>
      <w:pPr>
        <w:jc w:val="center"/>
      </w:pPr>
      <w:r>
        <w:rPr>
          <w:rFonts w:ascii="Times New Roman" w:hAnsi="Times New Roman"/>
          <w:b/>
          <w:sz w:val="28"/>
        </w:rPr>
        <w:t>Cross-Border Trade Dispute Mediation Intermediary Agreement</w:t>
      </w:r>
    </w:p>
    <w:p>
      <w:pPr>
        <w:jc w:val="center"/>
      </w:pPr>
      <w:r>
        <w:rPr>
          <w:color w:val="999999"/>
          <w:sz w:val="16"/>
        </w:rPr>
        <w:t>--------------------------------------------------</w:t>
      </w:r>
    </w:p>
    <w:p>
      <w:pPr>
        <w:spacing w:line="400" w:lineRule="exact"/>
        <w:ind w:firstLine="420"/>
      </w:pPr>
      <w:r>
        <w:rPr>
          <w:rFonts w:ascii="Times New Roman" w:hAnsi="Times New Roman" w:eastAsia="SimSun"/>
          <w:sz w:val="22"/>
        </w:rPr>
        <w:t>本协议由甲方（供应商）、乙方（采购商）及平台方（调解方）三方共同签订，就跨境贸易纠纷调解事宜达成如下约定：</w:t>
      </w:r>
    </w:p>
    <w:p>
      <w:pPr>
        <w:spacing w:line="360" w:lineRule="exact"/>
        <w:ind w:left="283" w:firstLine="283"/>
      </w:pPr>
      <w:r>
        <w:rPr>
          <w:rFonts w:ascii="Times New Roman" w:hAnsi="Times New Roman"/>
          <w:i/>
          <w:color w:val="333333"/>
          <w:sz w:val="20"/>
        </w:rPr>
        <w:t>This Agreement is signed by Party A (Supplier), Party B (Buyer), and the Platform (Mediator) regarding cross-border trade dispute mediation:</w:t>
      </w:r>
    </w:p>
    <w:p>
      <w:r>
        <w:rPr>
          <w:rFonts w:ascii="Times New Roman" w:hAnsi="Times New Roman" w:eastAsia="SimHei"/>
          <w:b/>
          <w:sz w:val="26"/>
        </w:rPr>
        <w:t>第一条  合同首部（三方信息及纠纷概况）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1  Contract Header (Three-Party Info &amp; Dispute Overview)</w:t>
      </w:r>
    </w:p>
    <w:p>
      <w:r>
        <w:rPr>
          <w:rFonts w:ascii="Times New Roman" w:hAnsi="Times New Roman" w:eastAsia="SimSun"/>
          <w:b/>
          <w:sz w:val="22"/>
        </w:rPr>
        <w:t>平台方（调解方）：</w:t>
      </w:r>
    </w:p>
    <w:p>
      <w:r>
        <w:rPr>
          <w:rFonts w:ascii="Times New Roman" w:hAnsi="Times New Roman"/>
          <w:b/>
          <w:i/>
          <w:color w:val="444444"/>
          <w:sz w:val="20"/>
        </w:rPr>
        <w:t>Platform (Mediator):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平台全称: {platform_title}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Platform Full Name: {platform_title}</w:t>
      </w:r>
    </w:p>
    <w:p>
      <w:r>
        <w:rPr>
          <w:rFonts w:ascii="Times New Roman" w:hAnsi="Times New Roman" w:eastAsia="SimSun"/>
          <w:b/>
          <w:sz w:val="22"/>
        </w:rPr>
        <w:t>甲方（供应商）：</w:t>
      </w:r>
    </w:p>
    <w:p>
      <w:r>
        <w:rPr>
          <w:rFonts w:ascii="Times New Roman" w:hAnsi="Times New Roman"/>
          <w:b/>
          <w:i/>
          <w:color w:val="444444"/>
          <w:sz w:val="20"/>
        </w:rPr>
        <w:t>Party A (Supplier):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供应商信息: {supplier_info}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Supplier Information: {supplier_info}</w:t>
      </w:r>
    </w:p>
    <w:p>
      <w:r>
        <w:rPr>
          <w:rFonts w:ascii="Times New Roman" w:hAnsi="Times New Roman" w:eastAsia="SimSun"/>
          <w:b/>
          <w:sz w:val="22"/>
        </w:rPr>
        <w:t>乙方（采购商）：</w:t>
      </w:r>
    </w:p>
    <w:p>
      <w:r>
        <w:rPr>
          <w:rFonts w:ascii="Times New Roman" w:hAnsi="Times New Roman"/>
          <w:b/>
          <w:i/>
          <w:color w:val="444444"/>
          <w:sz w:val="20"/>
        </w:rPr>
        <w:t>Party B (Buyer):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采购商信息: {buyer_info}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Buyer Information: {buyer_info}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1.1  争议原合同编号：{dispute_original_contract_no}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Disputed Original Contract No.: {dispute_original_contract_no}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1.2  争议核心内容：{dispute_core_content}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Core content of the dispute: {dispute_core_content}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1.3  争议涉及金额：{dispute_involve_amount_usd} 美元（USD）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Dispute amount involved: {dispute_involve_amount_usd} USD</w:t>
      </w:r>
    </w:p>
    <w:p>
      <w:r>
        <w:rPr>
          <w:rFonts w:ascii="Times New Roman" w:hAnsi="Times New Roman" w:eastAsia="SimHei"/>
          <w:b/>
          <w:sz w:val="26"/>
        </w:rPr>
        <w:t>第二条  调解服务约定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2  Mediation Service Terms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2.1  调解服务费为 {mediate_service_fee_usd} 美元（USD），费用承担方：{fee_bear_side}。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Mediation service fee is {mediate_service_fee_usd} USD, fee bearer: {fee_bear_side}.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2.2  调解时限：{mediate_time_limit}。调解会议形式：{mediate_meeting_form}。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Mediation time limit: {mediate_time_limit}. Mediation meeting format: {mediate_meeting_form}.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2.3  调解结果效力规则：{mediate_result_valid_rule}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Mediation result validity rules: {mediate_result_valid_rule}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2.4  和解方案内容：{compromise_plan_content}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Compromise plan content: {compromise_plan_content}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2.5  付款调整规则：{payment_adjust_rule}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Payment adjustment rules: {payment_adjust_rule}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2.6  交货调整规则：{delivery_adjust_rule}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Delivery adjustment rules: {delivery_adjust_rule}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2.7  调解失败后的二次解决途径：{dispute_secondary_solution}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Secondary resolution method after mediation failure: {dispute_secondary_solution}</w:t>
      </w:r>
    </w:p>
    <w:p>
      <w:r>
        <w:rPr>
          <w:rFonts w:ascii="Times New Roman" w:hAnsi="Times New Roman" w:eastAsia="SimHei"/>
          <w:b/>
          <w:sz w:val="26"/>
        </w:rPr>
        <w:t>第三条  费用结算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3  Payment and Settlement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3.1  税费承担：{tax_bear}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Tax liability: {tax_bear}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3.2  赔偿支付期限：{compensate_time_limit}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Compensation payment time limit: {compensate_time_limit}</w:t>
      </w:r>
    </w:p>
    <w:p>
      <w:r>
        <w:rPr>
          <w:rFonts w:ascii="Times New Roman" w:hAnsi="Times New Roman" w:eastAsia="SimHei"/>
          <w:b/>
          <w:sz w:val="26"/>
        </w:rPr>
        <w:t>第四条  保密条款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4  Confidentiality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4.1  调解保密规则：{confidential_rule}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Mediation confidentiality rules: {confidential_rule}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4.2  调解档案保存期限：{mediate_file_save_term}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Mediation file retention period: {mediate_file_save_term}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4.3  调解结果文件份数：{result_file_copy_num}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Number of mediation result document copies: {result_file_copy_num}</w:t>
      </w:r>
    </w:p>
    <w:p>
      <w:r>
        <w:rPr>
          <w:rFonts w:ascii="Times New Roman" w:hAnsi="Times New Roman" w:eastAsia="SimHei"/>
          <w:b/>
          <w:sz w:val="26"/>
        </w:rPr>
        <w:t>第五条  违约责任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5  Breach of Contract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5.1  违约处罚：{breach_penalty}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Breach penalty: {breach_penalty}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5.2  终止调解规则：{cancel_mediate_rule}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Mediation termination rules: {cancel_mediate_rule}</w:t>
      </w:r>
    </w:p>
    <w:p>
      <w:r>
        <w:rPr>
          <w:rFonts w:ascii="Times New Roman" w:hAnsi="Times New Roman" w:eastAsia="SimHei"/>
          <w:b/>
          <w:sz w:val="26"/>
        </w:rPr>
        <w:t>第六条  合同生效与终止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6  Contract Effectiveness and Termination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6.1  本协议自 {contract_start_date} 起生效。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This Agreement shall take effect on {contract_start_date}.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6.2  三方补充约定：{extra_agreement}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Supplementary agreement by three parties: {extra_agreement}</w:t>
      </w:r>
    </w:p>
    <w:p>
      <w:r>
        <w:rPr>
          <w:rFonts w:ascii="Times New Roman" w:hAnsi="Times New Roman" w:eastAsia="SimHei"/>
          <w:b/>
          <w:sz w:val="26"/>
        </w:rPr>
        <w:t>第七条  签章附件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7  Signature Attachments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2"/>
        <w:gridCol w:w="2882"/>
        <w:gridCol w:w="2882"/>
      </w:tblGrid>
      <w:tr>
        <w:tc>
          <w:tcPr>
            <w:tcW w:type="dxa" w:w="2882"/>
          </w:tcPr>
          <w:p>
            <w:pPr>
              <w:jc w:val="center"/>
            </w:pPr>
            <w:r>
              <w:rPr>
                <w:rFonts w:ascii="Times New Roman" w:hAnsi="Times New Roman" w:eastAsia="SimSun"/>
                <w:b/>
                <w:sz w:val="22"/>
              </w:rPr>
              <w:t>甲方（供应商）</w:t>
            </w:r>
          </w:p>
          <w:p>
            <w:pPr>
              <w:jc w:val="center"/>
            </w:pPr>
            <w:r>
              <w:rPr>
                <w:rFonts w:ascii="Times New Roman" w:hAnsi="Times New Roman"/>
                <w:b/>
                <w:i/>
                <w:color w:val="444444"/>
                <w:sz w:val="18"/>
              </w:rPr>
              <w:t>Party A (Supplier)</w:t>
            </w:r>
          </w:p>
          <w:p/>
          <w:p>
            <w:r>
              <w:rPr>
                <w:rFonts w:ascii="Times New Roman" w:hAnsi="Times New Roman" w:eastAsia="SimSun"/>
                <w:sz w:val="20"/>
              </w:rPr>
              <w:t>授权签字: ________________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Authorized Signatory: ________________</w:t>
            </w:r>
          </w:p>
          <w:p>
            <w:r>
              <w:rPr>
                <w:rFonts w:ascii="Times New Roman" w:hAnsi="Times New Roman" w:eastAsia="SimSun"/>
                <w:sz w:val="20"/>
              </w:rPr>
              <w:t xml:space="preserve">甲方企业公章: 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(Company Seal)</w:t>
            </w:r>
          </w:p>
          <w:p>
            <w:r>
              <w:rPr>
                <w:rFonts w:ascii="Times New Roman" w:hAnsi="Times New Roman" w:eastAsia="SimSun"/>
                <w:sz w:val="20"/>
              </w:rPr>
              <w:t>签署日期: ____ / ____ / ____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Date: ____________</w:t>
            </w:r>
          </w:p>
        </w:tc>
        <w:tc>
          <w:tcPr>
            <w:tcW w:type="dxa" w:w="2882"/>
          </w:tcPr>
          <w:p>
            <w:pPr>
              <w:jc w:val="center"/>
            </w:pPr>
            <w:r>
              <w:rPr>
                <w:rFonts w:ascii="Times New Roman" w:hAnsi="Times New Roman" w:eastAsia="SimSun"/>
                <w:b/>
                <w:sz w:val="22"/>
              </w:rPr>
              <w:t>乙方（采购商）</w:t>
            </w:r>
          </w:p>
          <w:p>
            <w:pPr>
              <w:jc w:val="center"/>
            </w:pPr>
            <w:r>
              <w:rPr>
                <w:rFonts w:ascii="Times New Roman" w:hAnsi="Times New Roman"/>
                <w:b/>
                <w:i/>
                <w:color w:val="444444"/>
                <w:sz w:val="18"/>
              </w:rPr>
              <w:t>Party B (Buyer)</w:t>
            </w:r>
          </w:p>
          <w:p/>
          <w:p>
            <w:r>
              <w:rPr>
                <w:rFonts w:ascii="Times New Roman" w:hAnsi="Times New Roman" w:eastAsia="SimSun"/>
                <w:sz w:val="20"/>
              </w:rPr>
              <w:t>授权签字: ________________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Authorized Signatory: ________________</w:t>
            </w:r>
          </w:p>
          <w:p>
            <w:r>
              <w:rPr>
                <w:rFonts w:ascii="Times New Roman" w:hAnsi="Times New Roman" w:eastAsia="SimSun"/>
                <w:sz w:val="20"/>
              </w:rPr>
              <w:t xml:space="preserve">乙方企业签章: 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(Company Seal)</w:t>
            </w:r>
          </w:p>
          <w:p>
            <w:r>
              <w:rPr>
                <w:rFonts w:ascii="Times New Roman" w:hAnsi="Times New Roman" w:eastAsia="SimSun"/>
                <w:sz w:val="20"/>
              </w:rPr>
              <w:t>签署日期: ____ / ____ / ____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Date: ____________</w:t>
            </w:r>
          </w:p>
        </w:tc>
        <w:tc>
          <w:tcPr>
            <w:tcW w:type="dxa" w:w="2882"/>
          </w:tcPr>
          <w:p>
            <w:pPr>
              <w:jc w:val="center"/>
            </w:pPr>
            <w:r>
              <w:rPr>
                <w:rFonts w:ascii="Times New Roman" w:hAnsi="Times New Roman" w:eastAsia="SimSun"/>
                <w:b/>
                <w:sz w:val="22"/>
              </w:rPr>
              <w:t>平台方（调解方）</w:t>
            </w:r>
          </w:p>
          <w:p>
            <w:pPr>
              <w:jc w:val="center"/>
            </w:pPr>
            <w:r>
              <w:rPr>
                <w:rFonts w:ascii="Times New Roman" w:hAnsi="Times New Roman"/>
                <w:b/>
                <w:i/>
                <w:color w:val="444444"/>
                <w:sz w:val="18"/>
              </w:rPr>
              <w:t>Platform (Mediator)</w:t>
            </w:r>
          </w:p>
          <w:p/>
          <w:p>
            <w:r>
              <w:rPr>
                <w:rFonts w:ascii="Times New Roman" w:hAnsi="Times New Roman" w:eastAsia="SimSun"/>
                <w:sz w:val="20"/>
              </w:rPr>
              <w:t>法人签字: ________________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Authorized Signatory: ________________</w:t>
            </w:r>
          </w:p>
          <w:p>
            <w:r>
              <w:rPr>
                <w:rFonts w:ascii="Times New Roman" w:hAnsi="Times New Roman" w:eastAsia="SimSun"/>
                <w:sz w:val="20"/>
              </w:rPr>
              <w:t xml:space="preserve">平台公章: 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(Company Seal)</w:t>
            </w:r>
          </w:p>
          <w:p>
            <w:r>
              <w:rPr>
                <w:rFonts w:ascii="Times New Roman" w:hAnsi="Times New Roman" w:eastAsia="SimSun"/>
                <w:sz w:val="20"/>
              </w:rPr>
              <w:t>签署日期: ____ / ____ / ____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Date: 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rFonts w:ascii="Times New Roman" w:hAnsi="Times New Roman" w:eastAsia="SimHei"/>
          <w:b/>
          <w:sz w:val="28"/>
        </w:rPr>
        <w:t>变量清单与归属方</w:t>
      </w:r>
    </w:p>
    <w:p>
      <w:pPr>
        <w:jc w:val="center"/>
      </w:pPr>
      <w:r>
        <w:rPr>
          <w:rFonts w:ascii="Times New Roman" w:hAnsi="Times New Roman"/>
          <w:b/>
          <w:i/>
          <w:color w:val="444444"/>
          <w:sz w:val="22"/>
        </w:rPr>
        <w:t>Variable List &amp; Attribution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1"/>
        <w:gridCol w:w="2161"/>
        <w:gridCol w:w="2161"/>
        <w:gridCol w:w="2161"/>
      </w:tblGrid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No.</w:t>
            </w:r>
          </w:p>
          <w:p>
            <w:pPr>
              <w:jc w:val="center"/>
            </w:pPr>
            <w:r>
              <w:rPr>
                <w:b/>
                <w:i/>
                <w:color w:val="555555"/>
                <w:sz w:val="16"/>
              </w:rPr>
              <w:t>No.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Variable Name</w:t>
            </w:r>
          </w:p>
          <w:p>
            <w:pPr>
              <w:jc w:val="center"/>
            </w:pPr>
            <w:r>
              <w:rPr>
                <w:b/>
                <w:i/>
                <w:color w:val="555555"/>
                <w:sz w:val="16"/>
              </w:rPr>
              <w:t>Variable Name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Description</w:t>
            </w:r>
          </w:p>
          <w:p>
            <w:pPr>
              <w:jc w:val="center"/>
            </w:pPr>
            <w:r>
              <w:rPr>
                <w:b/>
                <w:i/>
                <w:color w:val="555555"/>
                <w:sz w:val="16"/>
              </w:rPr>
              <w:t>Description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Filled By</w:t>
            </w:r>
          </w:p>
          <w:p>
            <w:pPr>
              <w:jc w:val="center"/>
            </w:pPr>
            <w:r>
              <w:rPr>
                <w:b/>
                <w:i/>
                <w:color w:val="555555"/>
                <w:sz w:val="16"/>
              </w:rPr>
              <w:t>Filled By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{platform_title}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平台全称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{dispute_original_contract_no}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争议原合同编号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{supplier_info}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供应商信息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{buyer_info}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采购商信息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乙方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{dispute_core_content}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争议核心内容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{dispute_involve_amount_usd}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争议涉及金额（美元）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{mediate_service_fee_usd}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调解服务费（美元）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{fee_bear_side}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费用承担方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三方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{mediate_time_limit}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调解时限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{mediate_meeting_form}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调解会议形式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{mediate_result_valid_rule}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调解结果效力规则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{compromise_plan_content}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和解方案内容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{payment_adjust_rule}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付款调整规则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{delivery_adjust_rule}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交货调整规则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{confidential_rule}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调解保密规则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{breach_penalty}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违约处罚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{contract_start_date}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合同生效日期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18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{supplier_sign}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供应商签字位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19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{supplier_seal}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甲方企业公章签章位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签章位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{buyer_sign}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采购商签字位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乙方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21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{buyer_seal}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乙方企业签章位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签章位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{platform_sign}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平台法人签字位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23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{platform_seal}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平台公章签章位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签章位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24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{dispute_secondary_solution}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调解失败二次解决途径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25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{extra_agreement}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三方补充约定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共同填写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26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{mediate_file_save_term}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调解档案保存期限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27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{tax_bear}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税费承担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三方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28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{cancel_mediate_rule}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终止调解规则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29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{compensate_time_limit}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赔偿支付期限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30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{result_file_copy_num}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调解结果文件份数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</w:tbl>
    <w:sectPr w:rsidR="00FC693F" w:rsidRPr="0006063C" w:rsidSect="00034616"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SimSu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